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חט״ב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שבוע הבטיחות בדרכים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מהדורה למורה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כללי בטיחות להולכי רגל, לרוכבי אופניים וקורקינט ולנוסעים.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להפעיל חשיבה מטפורית: תמרור ← משמעות ← ערך.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לכתוב פסקה מנומקת על בחירה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מבנה הדף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 – רמזור יציאה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תן זכות קדימה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כניסה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מהירות מרבית 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לא יותר מ־30 קמ"ש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כיכר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נוסעים סביב הכיכר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טלפון בדרך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בדרך – בלי מסך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לראות ולהיראות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בחושך – בגד זוהר ופנס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לרכוב על 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כאן לא רוכבים על קורקינט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ללא מוצא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הדרך נגמרת כאן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הנחיות לחלקים ב׳ ו־ג׳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סעיף 2: מקבלים כל ערך מנומק – אין תשובה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ב׳: מעודדים דוגמה מהחיים, בלי לחשוף פרטים אישיים מעבר לרצון.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ג׳: התמרור והפסקה יכולים להפוך לתערוכה במסדרון.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חנ״מ: דף חנ״מ – תמרור גדול, 3 אפשרויות, רמז אחרי שתי טעויות.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עולים: דף עולים – עברית פשוטה, בלי ניקוד, 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בכיתה תמיד מרצון.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מתעדכן – בדקו כל עובדה מול המידע הרשמי העדכני. בדף אין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 שיח – חט״ב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הקיפו את המשמעות הנכונה של כל תמרור.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veway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נותנים לאחרים לעבור קודם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יותר מ־50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בחושך – בגד זוהר ופנס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מותר לחצות אחרי בדיקה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entry-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אסור להיכנס מכאן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מתכוננים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הולכים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בדרך – בלי מסך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30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חובה לפנות ימינה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יותר מ־30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 ילדים בסביבה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נוסעים בשני הכיוונים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ndabout-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אסור להיכנס מכאן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נוסעים סביב הכיכר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פנייה לאחור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רוכבים לפי הכללים, לא על המדרכה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ne-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מותר לחצות אחרי בדיקה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בדרך – בלי מסך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נוסעים בזהירות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נוסעים רק בכיוון החץ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ight-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בחושך – בגד זוהר ופנס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רוכבים לפי הכללים, לא על המדרכה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הולכים ברגל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כאן לא מעמידים רכב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oter-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יש ילדים בסביבה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מתכוננים לעצור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להמשיך ישר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כאן לא רוכבים על קורקינט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adend-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בחושך – בגד זוהר ופנס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חובה להמשיך ישר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נוסעים בשני הכיוונים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הדרך נגמרת 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בחרו שלושה תמרורים מהחלק הזה וכתבו לכל אחד ערך שהוא מזכיר לכם בחיים.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הערך שהוא מזכיר לי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למה?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ענו על שתיים מתוך שלוש השאלות.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belt-c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איזה הרגל קטן שלי שומר עליי כל יום בלי שאני חושב/ת עליו?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king-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איפה אני "חונה" כדי לנוח ולהטעין כוחות?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ldren-c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מתי אני שומר/ת על מי שקטן או חלש ממני?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✍️ כתיבה: בחרו את אחת ההנחיות וכתבו פסקה (6–8 שורות): כתבו "פרסומת" קצרה שמשכנעת לחגור תמיד. / כתבו על המקום או הפעילות שמטעינים אתכם.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תכננו תמרור שהייתם מציבים במסדרון. ציירו אותו והסבירו: מה הוא אומר, למי הוא מיועד, ואיזה ערך הוא מקדם.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התמרור שלנו</w:t>
            </w:r>
          </w:p>
          <w:p/>
          <w:p/>
          <w:p/>
          <w:p/>
          <w:p/>
          <w:p/>
          <w:p/>
          <w:p/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תמרורי שיח · 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